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240" w:after="120"/>
      </w:pPr>
      <w:r>
        <w:rPr>
          <w:rFonts w:ascii="Aptos" w:hAnsi="Aptos"/>
          <w:b/>
          <w:color w:val="000000"/>
          <w:sz w:val="28"/>
        </w:rPr>
        <w:t>DRAFT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240" w:after="120"/>
      </w:pPr>
      <w:r>
        <w:rPr>
          <w:rFonts w:ascii="Aptos" w:hAnsi="Aptos"/>
          <w:b/>
          <w:color w:val="000000"/>
          <w:sz w:val="28"/>
        </w:rPr>
        <w:t>BOARD CONFIDENTIAL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240" w:after="120"/>
      </w:pPr>
      <w:r>
        <w:rPr>
          <w:rFonts w:ascii="Aptos" w:hAnsi="Aptos"/>
          <w:b/>
          <w:color w:val="000000"/>
          <w:sz w:val="28"/>
        </w:rPr>
        <w:t>ESG COMMITTEE MEETING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23rd March 2026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Commencing at [time]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[Location]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240" w:after="120"/>
      </w:pPr>
      <w:r>
        <w:rPr>
          <w:rFonts w:ascii="Aptos" w:hAnsi="Aptos"/>
          <w:b/>
          <w:color w:val="000000"/>
          <w:sz w:val="28"/>
        </w:rPr>
        <w:t>PRESENT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Mr J. Elliott (in the chair)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Ms P. Coates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Mr P. Whiting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Mr A. Cornish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240" w:after="120"/>
      </w:pPr>
      <w:r>
        <w:rPr>
          <w:rFonts w:ascii="Aptos" w:hAnsi="Aptos"/>
          <w:b/>
          <w:color w:val="000000"/>
          <w:sz w:val="28"/>
        </w:rPr>
        <w:t>IN ATTENDANCE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Mr G. Keene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Mr A. Dymock - Company Secretary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240" w:after="120"/>
      </w:pPr>
      <w:r>
        <w:rPr>
          <w:rFonts w:ascii="Aptos" w:hAnsi="Aptos"/>
          <w:b/>
          <w:color w:val="000000"/>
          <w:sz w:val="28"/>
        </w:rPr>
        <w:t>APOLOGIES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None received.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240" w:after="120"/>
      </w:pPr>
      <w:r>
        <w:rPr>
          <w:rFonts w:ascii="Aptos" w:hAnsi="Aptos"/>
          <w:b/>
          <w:color w:val="000000"/>
          <w:sz w:val="28"/>
        </w:rPr>
        <w:t>QUORUM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It was noted that a quorum was present and the meeting was declared open.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240" w:after="120"/>
      </w:pPr>
      <w:r>
        <w:rPr>
          <w:rFonts w:ascii="Aptos" w:hAnsi="Aptos"/>
          <w:b/>
          <w:color w:val="000000"/>
          <w:sz w:val="28"/>
        </w:rPr>
        <w:t>DECLARATIONS OF INTEREST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No new declarations of interest were made.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240" w:after="120"/>
      </w:pPr>
      <w:r>
        <w:rPr>
          <w:rFonts w:ascii="Aptos" w:hAnsi="Aptos"/>
          <w:b/>
          <w:color w:val="000000"/>
          <w:sz w:val="28"/>
        </w:rPr>
        <w:t>PREVIOUS MINUTES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The minutes of the previous meeting were approved as a true and accurate record.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240" w:after="120"/>
      </w:pPr>
      <w:r>
        <w:rPr>
          <w:rFonts w:ascii="Aptos" w:hAnsi="Aptos"/>
          <w:b/>
          <w:color w:val="000000"/>
          <w:sz w:val="28"/>
        </w:rPr>
        <w:t>MATTERS ARISING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It was noted that there were no outstanding actions from the previous meeting. Mr Keene had circulated the minutes in advance and provided a verbal summary of the key points to the committee.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240" w:after="120"/>
      </w:pPr>
      <w:r>
        <w:rPr>
          <w:rFonts w:ascii="Aptos" w:hAnsi="Aptos"/>
          <w:b/>
          <w:color w:val="000000"/>
          <w:sz w:val="28"/>
        </w:rPr>
        <w:t>ANY OTHER BUSINESS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There being no further business on the agenda, the committee noted that all matters had been addressed.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240" w:after="120"/>
      </w:pPr>
      <w:r>
        <w:rPr>
          <w:rFonts w:ascii="Aptos" w:hAnsi="Aptos"/>
          <w:b/>
          <w:color w:val="000000"/>
          <w:sz w:val="28"/>
        </w:rPr>
        <w:t>DATE OF NEXT MEETING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The date of the next meeting would be confirmed and communicated to members in due course.</w:t>
      </w:r>
    </w:p>
    <w:p>
      <w:pPr>
        <w:spacing w:before="0" w:after="40"/>
      </w:pPr>
      <w:r>
        <w:rPr>
          <w:rFonts w:ascii="Aptos" w:hAnsi="Aptos"/>
          <w:sz w:val="22"/>
        </w:rPr>
      </w:r>
    </w:p>
    <w:p>
      <w:pPr>
        <w:spacing w:before="240" w:after="120"/>
      </w:pPr>
      <w:r>
        <w:rPr>
          <w:rFonts w:ascii="Aptos" w:hAnsi="Aptos"/>
          <w:b/>
          <w:color w:val="000000"/>
          <w:sz w:val="28"/>
        </w:rPr>
        <w:t>CLOSE</w:t>
      </w:r>
    </w:p>
    <w:p>
      <w:pPr>
        <w:spacing w:before="0" w:after="80" w:line="276" w:lineRule="auto"/>
      </w:pPr>
      <w:r>
        <w:rPr>
          <w:rFonts w:ascii="Aptos" w:hAnsi="Aptos"/>
          <w:sz w:val="22"/>
        </w:rPr>
        <w:t>There being no further business, the Chair declared the meeting closed at [time].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020" w:right="1440" w:bottom="8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026" w:val="right"/>
      </w:tabs>
      <w:jc w:val="left"/>
    </w:pPr>
    <w:r>
      <w:rPr>
        <w:rFonts w:ascii="Aptos" w:hAnsi="Aptos"/>
        <w:color w:val="999999"/>
        <w:sz w:val="16"/>
      </w:rPr>
      <w:t>DRAFT — For review purposes only</w:t>
    </w:r>
    <w:r>
      <w:rPr>
        <w:rFonts w:ascii="Aptos" w:hAnsi="Aptos"/>
        <w:sz w:val="16"/>
      </w:rPr>
      <w:tab/>
    </w:r>
    <w:r>
      <w:rPr>
        <w:rFonts w:ascii="Aptos" w:hAnsi="Aptos"/>
        <w:color w:val="999999"/>
        <w:sz w:val="16"/>
      </w:rPr>
      <w:t xml:space="preserve">Page </w:t>
    </w:r>
    <w:fldSimple w:instr=" PAGE ">
      <w:r>
        <w:rPr>
          <w:sz w:val="16"/>
        </w:rPr>
        <w:t>1</w:t>
      </w:r>
    </w:fldSimple>
    <w:r>
      <w:rPr>
        <w:rFonts w:ascii="Aptos" w:hAnsi="Aptos"/>
        <w:color w:val="999999"/>
        <w:sz w:val="16"/>
      </w:rPr>
      <w:t xml:space="preserve"> of </w:t>
    </w:r>
    <w:fldSimple w:instr=" NUMPAGES ">
      <w:r>
        <w:rPr>
          <w:sz w:val="16"/>
        </w:rPr>
        <w:t>1</w:t>
      </w:r>
    </w:fldSimple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drawing>
        <wp:inline xmlns:a="http://schemas.openxmlformats.org/drawingml/2006/main" xmlns:pic="http://schemas.openxmlformats.org/drawingml/2006/picture">
          <wp:extent cx="1440000" cy="189065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0000" cy="189065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76" w:lineRule="auto"/>
    </w:pPr>
    <w:rPr>
      <w:rFonts w:ascii="Aptos" w:hAnsi="Apto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